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Amistad para un Amigo</w:t>
      </w:r>
    </w:p>
    <w:p/>
    <w:p>
      <w:r>
        <w:rPr>
          <w:rFonts w:ascii="Calibri" w:hAnsi="Calibri"/>
          <w:b/>
          <w:color w:val="222222"/>
          <w:sz w:val="26"/>
        </w:rPr>
        <w:t>Querido hermano y gran amigo,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quiero tomarme un momento para agradecerte por tu lealtad a prueba de fuego y por ser ese amigo en quien siempre se puede confiar con los ojos cerrados.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A lo largo de los años hemos compartido victorias que celebramos a carcajadas y momentos difíciles donde tu palmada en el hombro y tu apoyo sincero fueron indispensables.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Tenerte como amigo es un privilegio inmenso. Gracias por ser auténtico, firme y generoso. ¡Brindo por nuestra hermandad y por muchísimos años más de complicidad!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